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E51AB9" w:rsidR="0026349B" w:rsidRDefault="0026349B" w14:paraId="5F3589D0" w14:textId="0B4265F9">
      <w:pPr>
        <w:pStyle w:val="Titre1"/>
        <w:rPr>
          <w:color w:val="auto"/>
          <w:lang w:val="fr-CA"/>
        </w:rPr>
      </w:pPr>
      <w:r w:rsidRPr="00E51AB9">
        <w:rPr>
          <w:color w:val="auto"/>
          <w:lang w:val="fr-CA"/>
        </w:rPr>
        <w:t xml:space="preserve">Texte pour le journal Coup d’œil </w:t>
      </w:r>
      <w:r w:rsidRPr="00E51AB9" w:rsidR="006F6583">
        <w:rPr>
          <w:color w:val="auto"/>
          <w:lang w:val="fr-CA"/>
        </w:rPr>
        <w:t>sur St-Marcel :</w:t>
      </w:r>
    </w:p>
    <w:p w:rsidR="00652BC9" w:rsidRDefault="00AB6D59" w14:paraId="38BADC2B" w14:textId="1EC8BB01">
      <w:pPr>
        <w:pStyle w:val="Titre1"/>
        <w:rPr>
          <w:lang w:val="fr-CA"/>
        </w:rPr>
      </w:pPr>
      <w:r>
        <w:t>📋</w:t>
      </w:r>
      <w:r w:rsidRPr="00D3550A">
        <w:rPr>
          <w:lang w:val="fr-CA"/>
        </w:rPr>
        <w:t xml:space="preserve"> Sondage – Popote roulante à St-Marcel</w:t>
      </w:r>
    </w:p>
    <w:p w:rsidRPr="000C1936" w:rsidR="000C1936" w:rsidP="000C1936" w:rsidRDefault="000C1936" w14:paraId="4614AC03" w14:textId="15BACA44">
      <w:pPr>
        <w:rPr>
          <w:lang w:val="fr-CA"/>
        </w:rPr>
      </w:pPr>
      <w:r w:rsidRPr="000C1936">
        <w:rPr>
          <w:rFonts w:asciiTheme="majorHAnsi" w:hAnsiTheme="majorHAnsi" w:eastAsiaTheme="majorEastAsia" w:cstheme="majorBidi"/>
          <w:b/>
          <w:bCs/>
          <w:noProof/>
          <w:color w:val="365F91" w:themeColor="accent1" w:themeShade="BF"/>
          <w:sz w:val="28"/>
          <w:szCs w:val="28"/>
          <w:lang w:val="fr-CA"/>
        </w:rPr>
        <w:drawing>
          <wp:anchor distT="0" distB="0" distL="114300" distR="114300" simplePos="0" relativeHeight="251658240" behindDoc="0" locked="0" layoutInCell="1" allowOverlap="1" wp14:anchorId="03CDC6AB" wp14:editId="076EC2D1">
            <wp:simplePos x="0" y="0"/>
            <wp:positionH relativeFrom="column">
              <wp:posOffset>0</wp:posOffset>
            </wp:positionH>
            <wp:positionV relativeFrom="paragraph">
              <wp:posOffset>207010</wp:posOffset>
            </wp:positionV>
            <wp:extent cx="2110740" cy="1844040"/>
            <wp:effectExtent l="0" t="0" r="3810" b="3810"/>
            <wp:wrapThrough wrapText="bothSides">
              <wp:wrapPolygon edited="0">
                <wp:start x="0" y="0"/>
                <wp:lineTo x="0" y="21421"/>
                <wp:lineTo x="21444" y="21421"/>
                <wp:lineTo x="21444" y="0"/>
                <wp:lineTo x="0" y="0"/>
              </wp:wrapPolygon>
            </wp:wrapThrough>
            <wp:docPr id="150798552" name="Image 4" descr="Une image contenant texte, logo, Graphique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798552" name="Image 4" descr="Une image contenant texte, logo, Graphique, Police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0740" cy="184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D3550A" w:rsidR="00652BC9" w:rsidRDefault="00AB6D59" w14:paraId="739D1CB5" w14:textId="41ACC882">
      <w:pPr>
        <w:rPr>
          <w:lang w:val="fr-CA"/>
        </w:rPr>
      </w:pPr>
      <w:r w:rsidRPr="00D3550A">
        <w:rPr>
          <w:lang w:val="fr-CA"/>
        </w:rPr>
        <w:t xml:space="preserve">La Maison de la Famille de la MRC de L’Islet souhaite connaître l’intérêt des citoyens de St-Marcel pour recevoir un service de popote roulante (repas livrés à </w:t>
      </w:r>
      <w:r w:rsidRPr="00D3550A">
        <w:rPr>
          <w:lang w:val="fr-CA"/>
        </w:rPr>
        <w:t>domicile).</w:t>
      </w:r>
      <w:r w:rsidRPr="00D3550A">
        <w:rPr>
          <w:lang w:val="fr-CA"/>
        </w:rPr>
        <w:br/>
      </w:r>
      <w:r w:rsidRPr="00D3550A">
        <w:rPr>
          <w:lang w:val="fr-CA"/>
        </w:rPr>
        <w:t>Ce service s’adresse aux :</w:t>
      </w:r>
      <w:r w:rsidRPr="00D3550A">
        <w:rPr>
          <w:lang w:val="fr-CA"/>
        </w:rPr>
        <w:br/>
      </w:r>
      <w:r w:rsidRPr="00D3550A">
        <w:rPr>
          <w:lang w:val="fr-CA"/>
        </w:rPr>
        <w:t>- personnes aînées</w:t>
      </w:r>
      <w:r w:rsidRPr="00D3550A">
        <w:rPr>
          <w:lang w:val="fr-CA"/>
        </w:rPr>
        <w:br/>
      </w:r>
      <w:r w:rsidRPr="00D3550A">
        <w:rPr>
          <w:lang w:val="fr-CA"/>
        </w:rPr>
        <w:t>- personnes convalescentes</w:t>
      </w:r>
      <w:r w:rsidRPr="00D3550A">
        <w:rPr>
          <w:lang w:val="fr-CA"/>
        </w:rPr>
        <w:br/>
      </w:r>
      <w:r w:rsidRPr="00D3550A">
        <w:rPr>
          <w:lang w:val="fr-CA"/>
        </w:rPr>
        <w:t>- personnes vivant avec une invalidité</w:t>
      </w:r>
      <w:r w:rsidRPr="00D3550A">
        <w:rPr>
          <w:lang w:val="fr-CA"/>
        </w:rPr>
        <w:br/>
      </w:r>
      <w:r w:rsidRPr="00D3550A">
        <w:rPr>
          <w:lang w:val="fr-CA"/>
        </w:rPr>
        <w:t>- mamans se relevant d’un accouchement</w:t>
      </w:r>
      <w:r w:rsidRPr="00D3550A">
        <w:rPr>
          <w:lang w:val="fr-CA"/>
        </w:rPr>
        <w:br/>
      </w:r>
      <w:r w:rsidRPr="00D3550A">
        <w:rPr>
          <w:lang w:val="fr-CA"/>
        </w:rPr>
        <w:br/>
      </w:r>
      <w:r w:rsidRPr="00D3550A">
        <w:rPr>
          <w:lang w:val="fr-CA"/>
        </w:rPr>
        <w:t>Chaque repas est offert au coût de 7,50 $, incluant :</w:t>
      </w:r>
      <w:r w:rsidRPr="00D3550A">
        <w:rPr>
          <w:lang w:val="fr-CA"/>
        </w:rPr>
        <w:br/>
      </w:r>
      <w:r w:rsidRPr="00D3550A">
        <w:rPr>
          <w:lang w:val="fr-CA"/>
        </w:rPr>
        <w:t>- une soupe</w:t>
      </w:r>
      <w:r w:rsidRPr="00D3550A">
        <w:rPr>
          <w:lang w:val="fr-CA"/>
        </w:rPr>
        <w:br/>
      </w:r>
      <w:r w:rsidRPr="00D3550A">
        <w:rPr>
          <w:lang w:val="fr-CA"/>
        </w:rPr>
        <w:t>- un repas principal</w:t>
      </w:r>
      <w:r w:rsidRPr="00D3550A">
        <w:rPr>
          <w:lang w:val="fr-CA"/>
        </w:rPr>
        <w:br/>
      </w:r>
      <w:r w:rsidRPr="00D3550A">
        <w:rPr>
          <w:lang w:val="fr-CA"/>
        </w:rPr>
        <w:t>- un dessert</w:t>
      </w:r>
      <w:r w:rsidRPr="00D3550A">
        <w:rPr>
          <w:lang w:val="fr-CA"/>
        </w:rPr>
        <w:br/>
      </w:r>
      <w:r w:rsidRPr="00D3550A">
        <w:rPr>
          <w:lang w:val="fr-CA"/>
        </w:rPr>
        <w:br/>
      </w:r>
      <w:r w:rsidRPr="00D3550A">
        <w:rPr>
          <w:lang w:val="fr-CA"/>
        </w:rPr>
        <w:t>Merci de prendre quelques minutes pour répondre à ce court sondage.</w:t>
      </w:r>
    </w:p>
    <w:p w:rsidRPr="00D3550A" w:rsidR="00652BC9" w:rsidP="00E51AB9" w:rsidRDefault="00AB6D59" w14:paraId="6D6349B5" w14:textId="45F459D8">
      <w:pPr>
        <w:pStyle w:val="Listenumros"/>
        <w:numPr>
          <w:ilvl w:val="0"/>
          <w:numId w:val="0"/>
        </w:numPr>
        <w:ind w:left="360" w:hanging="360"/>
        <w:rPr>
          <w:lang w:val="fr-CA"/>
        </w:rPr>
      </w:pPr>
      <w:r w:rsidRPr="00D3550A">
        <w:rPr>
          <w:lang w:val="fr-CA"/>
        </w:rPr>
        <w:t>Êtes-vous intéressé(e) à recevoir le service de popote roulante ?</w:t>
      </w:r>
    </w:p>
    <w:p w:rsidR="00652BC9" w:rsidRDefault="00AB6D59" w14:paraId="150F8BA2" w14:textId="77777777">
      <w:pPr>
        <w:pStyle w:val="Listepuces"/>
      </w:pPr>
      <w:r>
        <w:t>☐</w:t>
      </w:r>
      <w:r>
        <w:t xml:space="preserve"> Oui</w:t>
      </w:r>
    </w:p>
    <w:p w:rsidR="00652BC9" w:rsidRDefault="00AB6D59" w14:paraId="106C8877" w14:textId="77777777">
      <w:pPr>
        <w:pStyle w:val="Listepuces"/>
      </w:pPr>
      <w:r>
        <w:t>☐</w:t>
      </w:r>
      <w:r>
        <w:t xml:space="preserve"> Non</w:t>
      </w:r>
    </w:p>
    <w:p w:rsidR="00652BC9" w:rsidRDefault="00AB6D59" w14:paraId="2EBC0311" w14:textId="77777777">
      <w:pPr>
        <w:pStyle w:val="Listepuces"/>
      </w:pPr>
      <w:r>
        <w:t>☐</w:t>
      </w:r>
      <w:r>
        <w:t xml:space="preserve"> Peut-être</w:t>
      </w:r>
    </w:p>
    <w:p w:rsidRPr="00D3550A" w:rsidR="00652BC9" w:rsidP="00E51AB9" w:rsidRDefault="00AB6D59" w14:paraId="7DCE61BD" w14:textId="5C36A6A1">
      <w:pPr>
        <w:pStyle w:val="Listenumros"/>
        <w:numPr>
          <w:ilvl w:val="0"/>
          <w:numId w:val="0"/>
        </w:numPr>
        <w:rPr>
          <w:lang w:val="fr-CA"/>
        </w:rPr>
      </w:pPr>
      <w:r w:rsidRPr="00D3550A">
        <w:rPr>
          <w:lang w:val="fr-CA"/>
        </w:rPr>
        <w:t>À quelle fréquence aimeriez-vous recevoir des repas ?</w:t>
      </w:r>
    </w:p>
    <w:p w:rsidR="00652BC9" w:rsidRDefault="00AB6D59" w14:paraId="71888332" w14:textId="77777777">
      <w:pPr>
        <w:pStyle w:val="Listepuces"/>
      </w:pPr>
      <w:r>
        <w:t>☐</w:t>
      </w:r>
      <w:r>
        <w:t xml:space="preserve"> 1 </w:t>
      </w:r>
      <w:proofErr w:type="spellStart"/>
      <w:r>
        <w:t>fois</w:t>
      </w:r>
      <w:proofErr w:type="spellEnd"/>
      <w:r>
        <w:t xml:space="preserve"> par </w:t>
      </w:r>
      <w:proofErr w:type="spellStart"/>
      <w:r>
        <w:t>semaine</w:t>
      </w:r>
      <w:proofErr w:type="spellEnd"/>
    </w:p>
    <w:p w:rsidR="00652BC9" w:rsidP="00D3550A" w:rsidRDefault="00AB6D59" w14:paraId="26B082B0" w14:textId="21287195">
      <w:pPr>
        <w:pStyle w:val="Listepuces"/>
      </w:pPr>
      <w:r>
        <w:t>☐</w:t>
      </w:r>
      <w:r>
        <w:t xml:space="preserve"> </w:t>
      </w:r>
      <w:r w:rsidR="00D3550A">
        <w:t xml:space="preserve">1 </w:t>
      </w:r>
      <w:proofErr w:type="spellStart"/>
      <w:r w:rsidR="00D3550A">
        <w:t>fois</w:t>
      </w:r>
      <w:proofErr w:type="spellEnd"/>
      <w:r w:rsidR="00D3550A">
        <w:t xml:space="preserve"> </w:t>
      </w:r>
      <w:proofErr w:type="spellStart"/>
      <w:r w:rsidR="00D3550A">
        <w:t>toutes</w:t>
      </w:r>
      <w:proofErr w:type="spellEnd"/>
      <w:r w:rsidR="00D3550A">
        <w:t xml:space="preserve"> les 2 </w:t>
      </w:r>
      <w:proofErr w:type="spellStart"/>
      <w:r w:rsidR="00D3550A">
        <w:t>semaines</w:t>
      </w:r>
      <w:proofErr w:type="spellEnd"/>
    </w:p>
    <w:p w:rsidR="00652BC9" w:rsidRDefault="00AB6D59" w14:paraId="5C92744D" w14:textId="77777777">
      <w:pPr>
        <w:pStyle w:val="Listepuces"/>
      </w:pPr>
      <w:r>
        <w:t>☐</w:t>
      </w:r>
      <w:r>
        <w:t xml:space="preserve"> </w:t>
      </w:r>
      <w:proofErr w:type="spellStart"/>
      <w:r>
        <w:t>Autre</w:t>
      </w:r>
      <w:proofErr w:type="spellEnd"/>
      <w:r>
        <w:t xml:space="preserve"> (</w:t>
      </w:r>
      <w:proofErr w:type="spellStart"/>
      <w:r>
        <w:t>précisez</w:t>
      </w:r>
      <w:proofErr w:type="spellEnd"/>
      <w:r>
        <w:t>) : _______________________</w:t>
      </w:r>
    </w:p>
    <w:p w:rsidRPr="00D3550A" w:rsidR="00652BC9" w:rsidP="00E51AB9" w:rsidRDefault="00AB6D59" w14:paraId="79848A0E" w14:textId="54043570">
      <w:pPr>
        <w:pStyle w:val="Listenumros"/>
        <w:numPr>
          <w:ilvl w:val="0"/>
          <w:numId w:val="0"/>
        </w:numPr>
        <w:rPr>
          <w:lang w:val="fr-CA"/>
        </w:rPr>
      </w:pPr>
      <w:r w:rsidRPr="00D3550A">
        <w:rPr>
          <w:lang w:val="fr-CA"/>
        </w:rPr>
        <w:t>Avez-vous des restrictions alimentaires ou des allergies ?</w:t>
      </w:r>
    </w:p>
    <w:p w:rsidR="00652BC9" w:rsidRDefault="00AB6D59" w14:paraId="6CB1445A" w14:textId="77777777">
      <w:pPr>
        <w:pStyle w:val="Listepuces"/>
      </w:pPr>
      <w:r>
        <w:t>☐</w:t>
      </w:r>
      <w:r>
        <w:t xml:space="preserve"> Oui (</w:t>
      </w:r>
      <w:proofErr w:type="spellStart"/>
      <w:r>
        <w:t>précisez</w:t>
      </w:r>
      <w:proofErr w:type="spellEnd"/>
      <w:r>
        <w:t>) : _______________________</w:t>
      </w:r>
    </w:p>
    <w:p w:rsidR="00652BC9" w:rsidRDefault="00AB6D59" w14:paraId="679827E7" w14:textId="77777777">
      <w:pPr>
        <w:pStyle w:val="Listepuces"/>
      </w:pPr>
      <w:r>
        <w:t>☐</w:t>
      </w:r>
      <w:r>
        <w:t xml:space="preserve"> Non</w:t>
      </w:r>
    </w:p>
    <w:p w:rsidRPr="00D3550A" w:rsidR="00652BC9" w:rsidRDefault="00AB6D59" w14:paraId="533FC8D2" w14:textId="0643EBE1">
      <w:pPr>
        <w:rPr>
          <w:lang w:val="fr-CA"/>
        </w:rPr>
      </w:pPr>
      <w:r w:rsidRPr="00D3550A">
        <w:rPr>
          <w:lang w:val="fr-CA"/>
        </w:rPr>
        <w:t>Vos coordonnées (pour vous joindre si le service est offert) :</w:t>
      </w:r>
    </w:p>
    <w:p w:rsidRPr="00D3550A" w:rsidR="00652BC9" w:rsidRDefault="00AB6D59" w14:paraId="5107FC73" w14:textId="77777777">
      <w:pPr>
        <w:rPr>
          <w:lang w:val="fr-CA"/>
        </w:rPr>
      </w:pPr>
      <w:r w:rsidRPr="00D3550A">
        <w:rPr>
          <w:lang w:val="fr-CA"/>
        </w:rPr>
        <w:t>Nom : ___________________________________</w:t>
      </w:r>
    </w:p>
    <w:p w:rsidRPr="00D3550A" w:rsidR="00652BC9" w:rsidRDefault="00AB6D59" w14:paraId="3A6CB1A7" w14:textId="77777777">
      <w:pPr>
        <w:rPr>
          <w:lang w:val="fr-CA"/>
        </w:rPr>
      </w:pPr>
      <w:r w:rsidRPr="00D3550A">
        <w:rPr>
          <w:lang w:val="fr-CA"/>
        </w:rPr>
        <w:t>Adresse : ________________________________</w:t>
      </w:r>
    </w:p>
    <w:p w:rsidRPr="00D3550A" w:rsidR="00652BC9" w:rsidRDefault="00AB6D59" w14:paraId="76E82064" w14:textId="77777777">
      <w:pPr>
        <w:rPr>
          <w:lang w:val="fr-CA"/>
        </w:rPr>
      </w:pPr>
      <w:r w:rsidRPr="00D3550A">
        <w:rPr>
          <w:lang w:val="fr-CA"/>
        </w:rPr>
        <w:t>Téléphone : ______________________________</w:t>
      </w:r>
    </w:p>
    <w:p w:rsidRPr="00D3550A" w:rsidR="00652BC9" w:rsidRDefault="00AB6D59" w14:paraId="422F9C88" w14:textId="77777777">
      <w:pPr>
        <w:rPr>
          <w:lang w:val="fr-CA"/>
        </w:rPr>
      </w:pPr>
      <w:r w:rsidRPr="00D3550A">
        <w:rPr>
          <w:lang w:val="fr-CA"/>
        </w:rPr>
        <w:t>Courriel (si disponible) : ___________________</w:t>
      </w:r>
    </w:p>
    <w:p w:rsidRPr="00D3550A" w:rsidR="00652BC9" w:rsidRDefault="00AB6D59" w14:paraId="3794DF27" w14:textId="77777777">
      <w:pPr>
        <w:pStyle w:val="Titre2"/>
        <w:rPr>
          <w:lang w:val="fr-CA"/>
        </w:rPr>
      </w:pPr>
      <w:r>
        <w:t>🚗</w:t>
      </w:r>
      <w:r w:rsidRPr="00D3550A">
        <w:rPr>
          <w:lang w:val="fr-CA"/>
        </w:rPr>
        <w:t xml:space="preserve"> Intéressé(e) à devenir bénévole pour la livraison?</w:t>
      </w:r>
    </w:p>
    <w:p w:rsidR="00652BC9" w:rsidRDefault="00AB6D59" w14:paraId="6541BB86" w14:textId="77777777">
      <w:r w:rsidRPr="00D3550A">
        <w:rPr>
          <w:lang w:val="fr-CA"/>
        </w:rPr>
        <w:t xml:space="preserve">La Maison de la Famille recherche également des bénévoles pour livrer les repas. </w:t>
      </w:r>
      <w:r>
        <w:t xml:space="preserve">Les frais de </w:t>
      </w:r>
      <w:proofErr w:type="spellStart"/>
      <w:r>
        <w:t>déplacement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remboursés</w:t>
      </w:r>
      <w:proofErr w:type="spellEnd"/>
      <w:r>
        <w:t>.</w:t>
      </w:r>
    </w:p>
    <w:p w:rsidRPr="00D3550A" w:rsidR="00652BC9" w:rsidP="003A5E30" w:rsidRDefault="00AB6D59" w14:paraId="25C3F426" w14:textId="79E2D50B">
      <w:pPr>
        <w:pStyle w:val="Listenumros"/>
        <w:numPr>
          <w:ilvl w:val="0"/>
          <w:numId w:val="0"/>
        </w:numPr>
        <w:ind w:left="360" w:hanging="360"/>
        <w:rPr>
          <w:lang w:val="fr-CA"/>
        </w:rPr>
      </w:pPr>
      <w:r w:rsidRPr="00D3550A">
        <w:rPr>
          <w:lang w:val="fr-CA"/>
        </w:rPr>
        <w:t xml:space="preserve"> Seriez-vous intéressé(e) à offrir du temps comme bénévole pour la livraison ?</w:t>
      </w:r>
    </w:p>
    <w:p w:rsidR="00652BC9" w:rsidRDefault="00AB6D59" w14:paraId="697A21EE" w14:textId="77777777">
      <w:pPr>
        <w:pStyle w:val="Listepuces"/>
      </w:pPr>
      <w:r>
        <w:t>☐</w:t>
      </w:r>
      <w:r>
        <w:t xml:space="preserve"> Oui</w:t>
      </w:r>
    </w:p>
    <w:p w:rsidR="00652BC9" w:rsidRDefault="00AB6D59" w14:paraId="0D749649" w14:textId="77777777">
      <w:pPr>
        <w:pStyle w:val="Listepuces"/>
      </w:pPr>
      <w:r>
        <w:t>☐</w:t>
      </w:r>
      <w:r>
        <w:t xml:space="preserve"> Non</w:t>
      </w:r>
    </w:p>
    <w:p w:rsidR="00652BC9" w:rsidRDefault="00AB6D59" w14:paraId="4CB6146F" w14:textId="77777777">
      <w:pPr>
        <w:pStyle w:val="Listepuces"/>
      </w:pPr>
      <w:r>
        <w:t>☐</w:t>
      </w:r>
      <w:r>
        <w:t xml:space="preserve"> Peut-être</w:t>
      </w:r>
    </w:p>
    <w:p w:rsidRPr="00D3550A" w:rsidR="00652BC9" w:rsidP="003A5E30" w:rsidRDefault="00AB6D59" w14:paraId="003ABCB9" w14:textId="1A8052C0">
      <w:pPr>
        <w:pStyle w:val="Listenumros"/>
        <w:numPr>
          <w:ilvl w:val="0"/>
          <w:numId w:val="0"/>
        </w:numPr>
        <w:rPr>
          <w:lang w:val="fr-CA"/>
        </w:rPr>
      </w:pPr>
      <w:r w:rsidRPr="00D3550A">
        <w:rPr>
          <w:lang w:val="fr-CA"/>
        </w:rPr>
        <w:t>Si oui, à quelle fréquence seriez-vous disponible ?</w:t>
      </w:r>
    </w:p>
    <w:p w:rsidR="00652BC9" w:rsidRDefault="00AB6D59" w14:paraId="6866A2E0" w14:textId="77777777">
      <w:pPr>
        <w:pStyle w:val="Listepuces"/>
      </w:pPr>
      <w:r>
        <w:t>☐</w:t>
      </w:r>
      <w:r>
        <w:t xml:space="preserve"> 1 </w:t>
      </w:r>
      <w:proofErr w:type="spellStart"/>
      <w:r>
        <w:t>fois</w:t>
      </w:r>
      <w:proofErr w:type="spellEnd"/>
      <w:r>
        <w:t xml:space="preserve"> par </w:t>
      </w:r>
      <w:proofErr w:type="spellStart"/>
      <w:r>
        <w:t>semaine</w:t>
      </w:r>
      <w:proofErr w:type="spellEnd"/>
    </w:p>
    <w:p w:rsidR="00652BC9" w:rsidRDefault="00AB6D59" w14:paraId="448368E2" w14:textId="77777777">
      <w:pPr>
        <w:pStyle w:val="Listepuces"/>
      </w:pPr>
      <w:r>
        <w:t>☐</w:t>
      </w:r>
      <w:r>
        <w:t xml:space="preserve"> </w:t>
      </w:r>
      <w:r>
        <w:t>Quelques fois par mois</w:t>
      </w:r>
    </w:p>
    <w:p w:rsidR="00652BC9" w:rsidRDefault="00AB6D59" w14:paraId="005B717C" w14:textId="77777777">
      <w:pPr>
        <w:pStyle w:val="Listepuces"/>
      </w:pPr>
      <w:r>
        <w:t>☐</w:t>
      </w:r>
      <w:r>
        <w:t xml:space="preserve"> Selon mes disponibilités</w:t>
      </w:r>
    </w:p>
    <w:p w:rsidRPr="00D3550A" w:rsidR="00652BC9" w:rsidP="629471F1" w:rsidRDefault="00AB6D59" w14:paraId="4F1D4B2F" w14:textId="26BC5A61">
      <w:r w:rsidRPr="629471F1">
        <w:t xml:space="preserve">Vos coordonnées (si différentes de la question </w:t>
      </w:r>
      <w:r w:rsidRPr="629471F1" w:rsidR="003A5E30">
        <w:t>précédente</w:t>
      </w:r>
      <w:r w:rsidRPr="629471F1">
        <w:t>) :</w:t>
      </w:r>
    </w:p>
    <w:p w:rsidRPr="00D3550A" w:rsidR="00652BC9" w:rsidRDefault="00AB6D59" w14:paraId="31DA1933" w14:textId="77777777">
      <w:pPr>
        <w:rPr>
          <w:lang w:val="fr-CA"/>
        </w:rPr>
      </w:pPr>
      <w:r w:rsidRPr="00D3550A">
        <w:rPr>
          <w:lang w:val="fr-CA"/>
        </w:rPr>
        <w:t>Nom : ___________________________________</w:t>
      </w:r>
    </w:p>
    <w:p w:rsidRPr="00D3550A" w:rsidR="00652BC9" w:rsidRDefault="00AB6D59" w14:paraId="17059A90" w14:textId="77777777">
      <w:pPr>
        <w:rPr>
          <w:lang w:val="fr-CA"/>
        </w:rPr>
      </w:pPr>
      <w:r w:rsidRPr="00D3550A">
        <w:rPr>
          <w:lang w:val="fr-CA"/>
        </w:rPr>
        <w:t>Téléphone : ______________________________</w:t>
      </w:r>
    </w:p>
    <w:p w:rsidRPr="00D3550A" w:rsidR="00652BC9" w:rsidRDefault="00AB6D59" w14:paraId="4D074268" w14:textId="77777777">
      <w:pPr>
        <w:rPr>
          <w:lang w:val="fr-CA"/>
        </w:rPr>
      </w:pPr>
      <w:r w:rsidRPr="00D3550A">
        <w:rPr>
          <w:lang w:val="fr-CA"/>
        </w:rPr>
        <w:t>Courriel : ________________________________</w:t>
      </w:r>
    </w:p>
    <w:p w:rsidR="00652BC9" w:rsidRDefault="00AB6D59" w14:paraId="2A8B5D2F" w14:textId="77777777">
      <w:pPr>
        <w:rPr>
          <w:lang w:val="fr-CA"/>
        </w:rPr>
      </w:pPr>
      <w:r w:rsidRPr="00D3550A">
        <w:rPr>
          <w:lang w:val="fr-CA"/>
        </w:rPr>
        <w:t>Merci beaucoup pour votre participation!</w:t>
      </w:r>
      <w:r w:rsidRPr="00D3550A">
        <w:rPr>
          <w:lang w:val="fr-CA"/>
        </w:rPr>
        <w:br/>
      </w:r>
      <w:r w:rsidRPr="00D3550A">
        <w:rPr>
          <w:lang w:val="fr-CA"/>
        </w:rPr>
        <w:t>Pour toute question, n’hésitez pas à contacter la Maison de la Famille de la MRC de L’Islet.</w:t>
      </w:r>
    </w:p>
    <w:p w:rsidRPr="002D4F21" w:rsidR="002D4F21" w:rsidP="002D4F21" w:rsidRDefault="002D4F21" w14:paraId="79E2BE09" w14:textId="3534D6A4">
      <w:pPr>
        <w:rPr>
          <w:lang w:val="fr-CA"/>
        </w:rPr>
      </w:pPr>
      <w:r w:rsidRPr="002D4F21">
        <w:rPr>
          <w:lang w:val="fr-CA"/>
        </w:rPr>
        <w:t>Merci beaucoup pour votre participation!</w:t>
      </w:r>
      <w:r w:rsidRPr="002D4F21">
        <w:rPr>
          <w:lang w:val="fr-CA"/>
        </w:rPr>
        <w:br/>
      </w:r>
      <w:r w:rsidRPr="002D4F21">
        <w:rPr>
          <w:lang w:val="fr-CA"/>
        </w:rPr>
        <w:t>Pour toute question, n’hésitez pas à contacter la Maison de la Famille de la MRC de L’Islet</w:t>
      </w:r>
      <w:r>
        <w:rPr>
          <w:lang w:val="fr-CA"/>
        </w:rPr>
        <w:t xml:space="preserve"> au 418 356-3737 #105</w:t>
      </w:r>
      <w:r w:rsidRPr="002D4F21">
        <w:rPr>
          <w:lang w:val="fr-CA"/>
        </w:rPr>
        <w:t>.</w:t>
      </w:r>
      <w:r w:rsidRPr="002D4F21">
        <w:rPr>
          <w:lang w:val="fr-CA"/>
        </w:rPr>
        <w:br/>
      </w:r>
      <w:r w:rsidRPr="002D4F21">
        <w:rPr>
          <w:lang w:val="fr-CA"/>
        </w:rPr>
        <w:br/>
      </w:r>
      <w:r w:rsidRPr="002D4F21">
        <w:rPr>
          <w:highlight w:val="yellow"/>
          <w:lang w:val="fr-CA"/>
        </w:rPr>
        <w:t>Vous pouvez compléter ce sondage et le retourner au bureau municipal de St-Marcel,</w:t>
      </w:r>
      <w:r w:rsidRPr="002D4F21">
        <w:rPr>
          <w:lang w:val="fr-CA"/>
        </w:rPr>
        <w:t xml:space="preserve"> ou le remplir directement en ligne en scannant le code QR fourni.</w:t>
      </w:r>
    </w:p>
    <w:p w:rsidR="007D4414" w:rsidRDefault="00C149AE" w14:paraId="004781E2" w14:textId="5AE32798">
      <w:pPr>
        <w:rPr>
          <w:lang w:val="fr-CA"/>
        </w:rPr>
      </w:pPr>
      <w:r w:rsidRPr="00C149AE">
        <w:rPr>
          <w:noProof/>
          <w:lang w:val="fr-CA"/>
        </w:rPr>
        <w:drawing>
          <wp:inline distT="0" distB="0" distL="0" distR="0" wp14:anchorId="153C98E7" wp14:editId="69CCDBB0">
            <wp:extent cx="1965960" cy="1965960"/>
            <wp:effectExtent l="0" t="0" r="0" b="0"/>
            <wp:docPr id="1057202200" name="Image 2" descr="Une image contenant texte, nourriture, légume, menu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7202200" name="Image 2" descr="Une image contenant texte, nourriture, légume, menu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5960" cy="196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7AA5" w:rsidRDefault="00E67AA5" w14:paraId="034F2856" w14:textId="7314CE9E">
      <w:pPr>
        <w:rPr>
          <w:lang w:val="fr-CA"/>
        </w:rPr>
      </w:pPr>
      <w:r>
        <w:rPr>
          <w:lang w:val="fr-CA"/>
        </w:rPr>
        <w:t xml:space="preserve">Post Facebook : </w:t>
      </w:r>
    </w:p>
    <w:p w:rsidRPr="00B00BAC" w:rsidR="00B00BAC" w:rsidP="003D412E" w:rsidRDefault="00B00BAC" w14:paraId="66CDCA88" w14:textId="77777777">
      <w:pPr>
        <w:rPr>
          <w:rFonts w:ascii="Segoe UI Emoji" w:hAnsi="Segoe UI Emoji" w:cs="Segoe UI Emoji"/>
          <w:b/>
          <w:bCs/>
          <w:lang w:val="fr-CA"/>
        </w:rPr>
      </w:pPr>
      <w:r w:rsidRPr="00B00BAC">
        <w:rPr>
          <w:rFonts w:ascii="Segoe UI Emoji" w:hAnsi="Segoe UI Emoji" w:cs="Segoe UI Emoji"/>
        </w:rPr>
        <w:t>📣</w:t>
      </w:r>
      <w:r w:rsidRPr="00B00BAC">
        <w:rPr>
          <w:rFonts w:ascii="Segoe UI Emoji" w:hAnsi="Segoe UI Emoji" w:cs="Segoe UI Emoji"/>
          <w:lang w:val="fr-CA"/>
        </w:rPr>
        <w:t xml:space="preserve"> </w:t>
      </w:r>
      <w:r w:rsidRPr="00B00BAC">
        <w:rPr>
          <w:rFonts w:ascii="Segoe UI Emoji" w:hAnsi="Segoe UI Emoji" w:cs="Segoe UI Emoji"/>
          <w:b/>
          <w:bCs/>
          <w:lang w:val="fr-CA"/>
        </w:rPr>
        <w:t xml:space="preserve">Service de popote roulante à St-Marcel </w:t>
      </w:r>
      <w:r w:rsidRPr="00B00BAC">
        <w:rPr>
          <w:rFonts w:ascii="Segoe UI Emoji" w:hAnsi="Segoe UI Emoji" w:cs="Segoe UI Emoji"/>
          <w:b/>
          <w:bCs/>
        </w:rPr>
        <w:t>🍽️</w:t>
      </w:r>
    </w:p>
    <w:p w:rsidRPr="003D412E" w:rsidR="003D412E" w:rsidP="003D412E" w:rsidRDefault="003D412E" w14:paraId="76AA8597" w14:textId="42B2F780">
      <w:pPr>
        <w:rPr>
          <w:lang w:val="fr-CA"/>
        </w:rPr>
      </w:pPr>
      <w:r w:rsidRPr="003D412E">
        <w:rPr>
          <w:lang w:val="fr-CA"/>
        </w:rPr>
        <w:t xml:space="preserve">La Maison de la Famille de la MRC de L’Islet souhaite offrir un </w:t>
      </w:r>
      <w:r w:rsidRPr="003D412E">
        <w:rPr>
          <w:b/>
          <w:bCs/>
          <w:lang w:val="fr-CA"/>
        </w:rPr>
        <w:t>service de popote roulante</w:t>
      </w:r>
      <w:r w:rsidRPr="003D412E">
        <w:rPr>
          <w:lang w:val="fr-CA"/>
        </w:rPr>
        <w:t xml:space="preserve"> à St-Marcel… mais avant tout, nous voulons connaître votre intérêt!</w:t>
      </w:r>
    </w:p>
    <w:p w:rsidRPr="003D412E" w:rsidR="003D412E" w:rsidP="003D412E" w:rsidRDefault="003D412E" w14:paraId="06D3E3E6" w14:textId="77777777">
      <w:pPr>
        <w:rPr>
          <w:lang w:val="fr-CA"/>
        </w:rPr>
      </w:pPr>
      <w:r w:rsidRPr="003D412E">
        <w:rPr>
          <w:rFonts w:ascii="Segoe UI Emoji" w:hAnsi="Segoe UI Emoji" w:cs="Segoe UI Emoji"/>
          <w:lang w:val="fr-CA"/>
        </w:rPr>
        <w:t>👉</w:t>
      </w:r>
      <w:r w:rsidRPr="003D412E">
        <w:rPr>
          <w:lang w:val="fr-CA"/>
        </w:rPr>
        <w:t xml:space="preserve"> Ce service s’adresse aux :</w:t>
      </w:r>
    </w:p>
    <w:p w:rsidRPr="003D412E" w:rsidR="003D412E" w:rsidP="003D412E" w:rsidRDefault="003D412E" w14:paraId="09DAB3B8" w14:textId="77777777">
      <w:pPr>
        <w:numPr>
          <w:ilvl w:val="0"/>
          <w:numId w:val="10"/>
        </w:numPr>
        <w:rPr>
          <w:lang w:val="fr-CA"/>
        </w:rPr>
      </w:pPr>
      <w:r w:rsidRPr="003D412E">
        <w:rPr>
          <w:lang w:val="fr-CA"/>
        </w:rPr>
        <w:t xml:space="preserve">personnes </w:t>
      </w:r>
      <w:r w:rsidRPr="003D412E">
        <w:rPr>
          <w:b/>
          <w:bCs/>
          <w:lang w:val="fr-CA"/>
        </w:rPr>
        <w:t>aînées</w:t>
      </w:r>
    </w:p>
    <w:p w:rsidRPr="003D412E" w:rsidR="003D412E" w:rsidP="003D412E" w:rsidRDefault="003D412E" w14:paraId="262D400F" w14:textId="77777777">
      <w:pPr>
        <w:numPr>
          <w:ilvl w:val="0"/>
          <w:numId w:val="10"/>
        </w:numPr>
        <w:rPr>
          <w:lang w:val="fr-CA"/>
        </w:rPr>
      </w:pPr>
      <w:r w:rsidRPr="003D412E">
        <w:rPr>
          <w:lang w:val="fr-CA"/>
        </w:rPr>
        <w:t xml:space="preserve">personnes </w:t>
      </w:r>
      <w:r w:rsidRPr="003D412E">
        <w:rPr>
          <w:b/>
          <w:bCs/>
          <w:lang w:val="fr-CA"/>
        </w:rPr>
        <w:t>convalescentes</w:t>
      </w:r>
    </w:p>
    <w:p w:rsidRPr="003D412E" w:rsidR="003D412E" w:rsidP="003D412E" w:rsidRDefault="003D412E" w14:paraId="30FF4B5A" w14:textId="77777777">
      <w:pPr>
        <w:numPr>
          <w:ilvl w:val="0"/>
          <w:numId w:val="10"/>
        </w:numPr>
        <w:rPr>
          <w:lang w:val="fr-CA"/>
        </w:rPr>
      </w:pPr>
      <w:r w:rsidRPr="003D412E">
        <w:rPr>
          <w:lang w:val="fr-CA"/>
        </w:rPr>
        <w:t xml:space="preserve">personnes </w:t>
      </w:r>
      <w:r w:rsidRPr="003D412E">
        <w:rPr>
          <w:b/>
          <w:bCs/>
          <w:lang w:val="fr-CA"/>
        </w:rPr>
        <w:t>vivant avec une invalidité</w:t>
      </w:r>
    </w:p>
    <w:p w:rsidRPr="003D412E" w:rsidR="003D412E" w:rsidP="003D412E" w:rsidRDefault="003D412E" w14:paraId="4CFA959C" w14:textId="77777777">
      <w:pPr>
        <w:numPr>
          <w:ilvl w:val="0"/>
          <w:numId w:val="10"/>
        </w:numPr>
        <w:rPr>
          <w:lang w:val="fr-CA"/>
        </w:rPr>
      </w:pPr>
      <w:r w:rsidRPr="003D412E">
        <w:rPr>
          <w:b/>
          <w:bCs/>
          <w:lang w:val="fr-CA"/>
        </w:rPr>
        <w:t>mamans</w:t>
      </w:r>
      <w:r w:rsidRPr="003D412E">
        <w:rPr>
          <w:lang w:val="fr-CA"/>
        </w:rPr>
        <w:t xml:space="preserve"> se relevant d’un accouchement</w:t>
      </w:r>
    </w:p>
    <w:p w:rsidRPr="003D412E" w:rsidR="003D412E" w:rsidP="003D412E" w:rsidRDefault="003D412E" w14:paraId="444A5A50" w14:textId="77777777">
      <w:pPr>
        <w:rPr>
          <w:lang w:val="fr-CA"/>
        </w:rPr>
      </w:pPr>
      <w:r w:rsidRPr="003D412E">
        <w:rPr>
          <w:rFonts w:ascii="Segoe UI Emoji" w:hAnsi="Segoe UI Emoji" w:cs="Segoe UI Emoji"/>
          <w:lang w:val="fr-CA"/>
        </w:rPr>
        <w:t>🍲</w:t>
      </w:r>
      <w:r w:rsidRPr="003D412E">
        <w:rPr>
          <w:lang w:val="fr-CA"/>
        </w:rPr>
        <w:t xml:space="preserve"> Chaque repas comprend une soupe, un repas principal et un dessert, au </w:t>
      </w:r>
      <w:r w:rsidRPr="003D412E">
        <w:rPr>
          <w:b/>
          <w:bCs/>
          <w:lang w:val="fr-CA"/>
        </w:rPr>
        <w:t>coût de 7,50 $</w:t>
      </w:r>
      <w:r w:rsidRPr="003D412E">
        <w:rPr>
          <w:lang w:val="fr-CA"/>
        </w:rPr>
        <w:t>.</w:t>
      </w:r>
    </w:p>
    <w:p w:rsidRPr="003D412E" w:rsidR="003D412E" w:rsidP="003D412E" w:rsidRDefault="003D412E" w14:paraId="73778454" w14:textId="77777777">
      <w:pPr>
        <w:rPr>
          <w:lang w:val="fr-CA"/>
        </w:rPr>
      </w:pPr>
      <w:r w:rsidRPr="003D412E">
        <w:rPr>
          <w:rFonts w:ascii="Segoe UI Emoji" w:hAnsi="Segoe UI Emoji" w:cs="Segoe UI Emoji"/>
          <w:lang w:val="fr-CA"/>
        </w:rPr>
        <w:t>📌</w:t>
      </w:r>
      <w:r w:rsidRPr="003D412E">
        <w:rPr>
          <w:lang w:val="fr-CA"/>
        </w:rPr>
        <w:t xml:space="preserve"> </w:t>
      </w:r>
      <w:r w:rsidRPr="003D412E">
        <w:rPr>
          <w:b/>
          <w:bCs/>
          <w:lang w:val="fr-CA"/>
        </w:rPr>
        <w:t>Vous êtes intéressé(e)?</w:t>
      </w:r>
      <w:r w:rsidRPr="003D412E">
        <w:rPr>
          <w:lang w:val="fr-CA"/>
        </w:rPr>
        <w:br/>
      </w:r>
      <w:r w:rsidRPr="003D412E">
        <w:rPr>
          <w:rFonts w:ascii="Segoe UI Emoji" w:hAnsi="Segoe UI Emoji" w:cs="Segoe UI Emoji"/>
          <w:lang w:val="fr-CA"/>
        </w:rPr>
        <w:t>📌</w:t>
      </w:r>
      <w:r w:rsidRPr="003D412E">
        <w:rPr>
          <w:lang w:val="fr-CA"/>
        </w:rPr>
        <w:t xml:space="preserve"> </w:t>
      </w:r>
      <w:r w:rsidRPr="003D412E">
        <w:rPr>
          <w:b/>
          <w:bCs/>
          <w:lang w:val="fr-CA"/>
        </w:rPr>
        <w:t>Vous aimeriez devenir bénévole pour la livraison (avec remboursement des frais de déplacement)?</w:t>
      </w:r>
    </w:p>
    <w:p w:rsidRPr="003D412E" w:rsidR="003D412E" w:rsidP="003D412E" w:rsidRDefault="003D412E" w14:paraId="4B1C7F7A" w14:textId="77777777">
      <w:pPr>
        <w:rPr>
          <w:lang w:val="fr-CA"/>
        </w:rPr>
      </w:pPr>
      <w:r w:rsidRPr="003D412E">
        <w:rPr>
          <w:rFonts w:ascii="Segoe UI Emoji" w:hAnsi="Segoe UI Emoji" w:cs="Segoe UI Emoji"/>
          <w:lang w:val="fr-CA"/>
        </w:rPr>
        <w:t>📝</w:t>
      </w:r>
      <w:r w:rsidRPr="003D412E">
        <w:rPr>
          <w:lang w:val="fr-CA"/>
        </w:rPr>
        <w:t xml:space="preserve"> </w:t>
      </w:r>
      <w:r w:rsidRPr="003D412E">
        <w:rPr>
          <w:b/>
          <w:bCs/>
          <w:lang w:val="fr-CA"/>
        </w:rPr>
        <w:t>Remplissez notre court sondage</w:t>
      </w:r>
      <w:r w:rsidRPr="003D412E">
        <w:rPr>
          <w:lang w:val="fr-CA"/>
        </w:rPr>
        <w:t xml:space="preserve"> pour nous aider à mieux répondre aux besoins de notre communauté!</w:t>
      </w:r>
    </w:p>
    <w:p w:rsidR="00BD29A4" w:rsidP="003D412E" w:rsidRDefault="002D4F21" w14:paraId="730FE39D" w14:textId="114477B7">
      <w:pPr>
        <w:rPr>
          <w:lang w:val="fr-CA"/>
        </w:rPr>
      </w:pPr>
      <w:r>
        <w:rPr>
          <w:lang w:val="fr-CA"/>
        </w:rPr>
        <w:t xml:space="preserve">IMAGE DU POST : </w:t>
      </w:r>
      <w:r w:rsidRPr="00C149AE" w:rsidR="003D412E">
        <w:rPr>
          <w:noProof/>
          <w:lang w:val="fr-CA"/>
        </w:rPr>
        <w:drawing>
          <wp:inline distT="0" distB="0" distL="0" distR="0" wp14:anchorId="2688E50A" wp14:editId="1338AB2A">
            <wp:extent cx="1120140" cy="1120140"/>
            <wp:effectExtent l="0" t="0" r="3810" b="3810"/>
            <wp:docPr id="1678649981" name="Image 2" descr="Une image contenant texte, nourriture, légume, menu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7202200" name="Image 2" descr="Une image contenant texte, nourriture, légume, menu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0140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D3550A" w:rsidR="003D412E" w:rsidRDefault="003D412E" w14:paraId="5DBA5489" w14:textId="459ED913" w14:noSpellErr="1">
      <w:pPr>
        <w:rPr>
          <w:lang w:val="fr-CA"/>
        </w:rPr>
      </w:pPr>
      <w:r w:rsidRPr="445C24EE" w:rsidR="003D412E">
        <w:rPr>
          <w:lang w:val="fr-CA"/>
        </w:rPr>
        <w:t xml:space="preserve">Merci de partager et d’en parler autour de vous! </w:t>
      </w:r>
      <w:r w:rsidRPr="445C24EE" w:rsidR="003D412E">
        <w:rPr>
          <w:rFonts w:ascii="Segoe UI Emoji" w:hAnsi="Segoe UI Emoji" w:cs="Segoe UI Emoji"/>
          <w:lang w:val="fr-CA"/>
        </w:rPr>
        <w:t>💛</w:t>
      </w:r>
    </w:p>
    <w:sectPr w:rsidRPr="00D3550A" w:rsidR="003D412E" w:rsidSect="00034616">
      <w:pgSz w:w="12240" w:h="15840" w:orient="portrait"/>
      <w:pgMar w:top="1440" w:right="1800" w:bottom="1440" w:left="180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168E01A2"/>
    <w:multiLevelType w:val="multilevel"/>
    <w:tmpl w:val="8CF878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 w16cid:durableId="1270309563">
    <w:abstractNumId w:val="8"/>
  </w:num>
  <w:num w:numId="2" w16cid:durableId="88699132">
    <w:abstractNumId w:val="6"/>
  </w:num>
  <w:num w:numId="3" w16cid:durableId="1055197898">
    <w:abstractNumId w:val="5"/>
  </w:num>
  <w:num w:numId="4" w16cid:durableId="1461725587">
    <w:abstractNumId w:val="4"/>
  </w:num>
  <w:num w:numId="5" w16cid:durableId="1995405204">
    <w:abstractNumId w:val="7"/>
  </w:num>
  <w:num w:numId="6" w16cid:durableId="1688797570">
    <w:abstractNumId w:val="3"/>
  </w:num>
  <w:num w:numId="7" w16cid:durableId="1254704709">
    <w:abstractNumId w:val="2"/>
  </w:num>
  <w:num w:numId="8" w16cid:durableId="533084261">
    <w:abstractNumId w:val="1"/>
  </w:num>
  <w:num w:numId="9" w16cid:durableId="1459908581">
    <w:abstractNumId w:val="0"/>
  </w:num>
  <w:num w:numId="10" w16cid:durableId="1059280830">
    <w:abstractNumId w:val="9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proofState w:spelling="clean" w:grammar="dirty"/>
  <w:trackRevisions w:val="false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B2733"/>
    <w:rsid w:val="000C1936"/>
    <w:rsid w:val="00114355"/>
    <w:rsid w:val="0015074B"/>
    <w:rsid w:val="0026349B"/>
    <w:rsid w:val="0029639D"/>
    <w:rsid w:val="002D4F21"/>
    <w:rsid w:val="00326F90"/>
    <w:rsid w:val="003442C0"/>
    <w:rsid w:val="00364AE0"/>
    <w:rsid w:val="003A5E30"/>
    <w:rsid w:val="003D412E"/>
    <w:rsid w:val="005F1696"/>
    <w:rsid w:val="00652BC9"/>
    <w:rsid w:val="006F6583"/>
    <w:rsid w:val="007743F4"/>
    <w:rsid w:val="007D4414"/>
    <w:rsid w:val="009B6D29"/>
    <w:rsid w:val="00A658A2"/>
    <w:rsid w:val="00AA1D8D"/>
    <w:rsid w:val="00AB6D59"/>
    <w:rsid w:val="00B00BAC"/>
    <w:rsid w:val="00B47730"/>
    <w:rsid w:val="00BD29A4"/>
    <w:rsid w:val="00C149AE"/>
    <w:rsid w:val="00CB0664"/>
    <w:rsid w:val="00D3550A"/>
    <w:rsid w:val="00E51AB9"/>
    <w:rsid w:val="00E67AA5"/>
    <w:rsid w:val="00E87586"/>
    <w:rsid w:val="00FC693F"/>
    <w:rsid w:val="414D6717"/>
    <w:rsid w:val="445C24EE"/>
    <w:rsid w:val="62947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B8DB42"/>
  <w14:defaultImageDpi w14:val="300"/>
  <w15:docId w15:val="{1B39AD13-62D4-4F20-ABD4-23929288DED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EastAsia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C693F"/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</w:rPr>
  </w:style>
  <w:style w:type="character" w:styleId="Policepardfaut" w:default="1">
    <w:name w:val="Default Paragraph Font"/>
    <w:uiPriority w:val="1"/>
    <w:semiHidden/>
    <w:unhideWhenUsed/>
  </w:style>
  <w:style w:type="table" w:styleId="Tableau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ucuneliste" w:default="1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styleId="En-tteCar" w:customStyle="1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styleId="PieddepageCar" w:customStyle="1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styleId="Titre1Car" w:customStyle="1">
    <w:name w:val="Titre 1 Car"/>
    <w:basedOn w:val="Policepardfaut"/>
    <w:link w:val="Titre1"/>
    <w:uiPriority w:val="9"/>
    <w:rsid w:val="00FC693F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Titre2Car" w:customStyle="1">
    <w:name w:val="Titre 2 Car"/>
    <w:basedOn w:val="Policepardfaut"/>
    <w:link w:val="Titre2"/>
    <w:uiPriority w:val="9"/>
    <w:rsid w:val="00FC693F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Titre3Car" w:customStyle="1">
    <w:name w:val="Titre 3 Car"/>
    <w:basedOn w:val="Policepardfaut"/>
    <w:link w:val="Titre3"/>
    <w:uiPriority w:val="9"/>
    <w:rsid w:val="00FC693F"/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reCar" w:customStyle="1">
    <w:name w:val="Titre Car"/>
    <w:basedOn w:val="Policepardfaut"/>
    <w:link w:val="Titre"/>
    <w:uiPriority w:val="10"/>
    <w:rsid w:val="00FC693F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ous-titreCar" w:customStyle="1">
    <w:name w:val="Sous-titre Car"/>
    <w:basedOn w:val="Policepardfaut"/>
    <w:link w:val="Sous-titre"/>
    <w:uiPriority w:val="11"/>
    <w:rsid w:val="00FC693F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styleId="CorpsdetexteCar" w:customStyle="1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styleId="Corpsdetexte2Car" w:customStyle="1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styleId="Corpsdetexte3Car" w:customStyle="1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styleId="TextedemacroCar" w:customStyle="1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styleId="CitationCar" w:customStyle="1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styleId="Titre4Car" w:customStyle="1">
    <w:name w:val="Titre 4 Car"/>
    <w:basedOn w:val="Policepardfaut"/>
    <w:link w:val="Titre4"/>
    <w:uiPriority w:val="9"/>
    <w:semiHidden/>
    <w:rsid w:val="00FC693F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Titre5Car" w:customStyle="1">
    <w:name w:val="Titre 5 Car"/>
    <w:basedOn w:val="Policepardfaut"/>
    <w:link w:val="Titre5"/>
    <w:uiPriority w:val="9"/>
    <w:semiHidden/>
    <w:rsid w:val="00FC693F"/>
    <w:rPr>
      <w:rFonts w:asciiTheme="majorHAnsi" w:hAnsiTheme="majorHAnsi" w:eastAsiaTheme="majorEastAsia" w:cstheme="majorBidi"/>
      <w:color w:val="243F60" w:themeColor="accent1" w:themeShade="7F"/>
    </w:rPr>
  </w:style>
  <w:style w:type="character" w:styleId="Titre6Car" w:customStyle="1">
    <w:name w:val="Titre 6 Car"/>
    <w:basedOn w:val="Policepardfaut"/>
    <w:link w:val="Titre6"/>
    <w:uiPriority w:val="9"/>
    <w:semiHidden/>
    <w:rsid w:val="00FC693F"/>
    <w:rPr>
      <w:rFonts w:asciiTheme="majorHAnsi" w:hAnsiTheme="majorHAnsi" w:eastAsiaTheme="majorEastAsia" w:cstheme="majorBidi"/>
      <w:i/>
      <w:iCs/>
      <w:color w:val="243F60" w:themeColor="accent1" w:themeShade="7F"/>
    </w:rPr>
  </w:style>
  <w:style w:type="character" w:styleId="Titre7Car" w:customStyle="1">
    <w:name w:val="Titre 7 Car"/>
    <w:basedOn w:val="Policepardfaut"/>
    <w:link w:val="Titre7"/>
    <w:uiPriority w:val="9"/>
    <w:semiHidden/>
    <w:rsid w:val="00FC693F"/>
    <w:rPr>
      <w:rFonts w:asciiTheme="majorHAnsi" w:hAnsiTheme="majorHAnsi" w:eastAsiaTheme="majorEastAsia" w:cstheme="majorBidi"/>
      <w:i/>
      <w:iCs/>
      <w:color w:val="404040" w:themeColor="text1" w:themeTint="BF"/>
    </w:rPr>
  </w:style>
  <w:style w:type="character" w:styleId="Titre8Car" w:customStyle="1">
    <w:name w:val="Titre 8 Car"/>
    <w:basedOn w:val="Policepardfaut"/>
    <w:link w:val="Titre8"/>
    <w:uiPriority w:val="9"/>
    <w:semiHidden/>
    <w:rsid w:val="00FC693F"/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character" w:styleId="Titre9Car" w:customStyle="1">
    <w:name w:val="Titre 9 Car"/>
    <w:basedOn w:val="Policepardfaut"/>
    <w:link w:val="Titre9"/>
    <w:uiPriority w:val="9"/>
    <w:semiHidden/>
    <w:rsid w:val="00FC693F"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styleId="CitationintenseCar" w:customStyle="1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Accentuationlgr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Accentuation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lgr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404040" w:themeColor="text1" w:themeTint="BF" w:sz="8" w:space="0"/>
          <w:left w:val="single" w:color="404040" w:themeColor="text1" w:themeTint="BF" w:sz="8" w:space="0"/>
          <w:bottom w:val="single" w:color="404040" w:themeColor="text1" w:themeTint="BF" w:sz="8" w:space="0"/>
          <w:right w:val="single" w:color="404040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themeColor="text1" w:themeTint="BF" w:sz="6" w:space="0"/>
          <w:left w:val="single" w:color="404040" w:themeColor="text1" w:themeTint="BF" w:sz="8" w:space="0"/>
          <w:bottom w:val="single" w:color="404040" w:themeColor="text1" w:themeTint="BF" w:sz="8" w:space="0"/>
          <w:right w:val="single" w:color="404040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B3CC82" w:themeColor="accent3" w:themeTint="BF" w:sz="8" w:space="0"/>
          <w:left w:val="single" w:color="B3CC82" w:themeColor="accent3" w:themeTint="BF" w:sz="8" w:space="0"/>
          <w:bottom w:val="single" w:color="B3CC82" w:themeColor="accent3" w:themeTint="BF" w:sz="8" w:space="0"/>
          <w:right w:val="single" w:color="B3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themeColor="accent3" w:themeTint="BF" w:sz="6" w:space="0"/>
          <w:left w:val="single" w:color="B3CC82" w:themeColor="accent3" w:themeTint="BF" w:sz="8" w:space="0"/>
          <w:bottom w:val="single" w:color="B3CC82" w:themeColor="accent3" w:themeTint="BF" w:sz="8" w:space="0"/>
          <w:right w:val="single" w:color="B3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  <w:insideV w:val="single" w:color="404040" w:themeColor="text1" w:themeTint="BF" w:sz="8" w:space="0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404040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  <w:insideV w:val="single" w:color="B3CC82" w:themeColor="accent3" w:themeTint="BF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3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color="000000" w:themeColor="text1" w:sz="6" w:space="0"/>
          <w:insideV w:val="single" w:color="000000" w:themeColor="text1" w:sz="6" w:space="0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color="4F81BD" w:themeColor="accent1" w:sz="6" w:space="0"/>
          <w:insideV w:val="single" w:color="4F81BD" w:themeColor="accent1" w:sz="6" w:space="0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color="C0504D" w:themeColor="accent2" w:sz="6" w:space="0"/>
          <w:insideV w:val="single" w:color="C0504D" w:themeColor="accent2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color="9BBB59" w:themeColor="accent3" w:sz="6" w:space="0"/>
          <w:insideV w:val="single" w:color="9BBB59" w:themeColor="accent3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color="8064A2" w:themeColor="accent4" w:sz="6" w:space="0"/>
          <w:insideV w:val="single" w:color="8064A2" w:themeColor="accent4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color="4BACC6" w:themeColor="accent5" w:sz="6" w:space="0"/>
          <w:insideV w:val="single" w:color="4BACC6" w:themeColor="accent5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color="F79646" w:themeColor="accent6" w:sz="6" w:space="0"/>
          <w:insideV w:val="single" w:color="F79646" w:themeColor="accent6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000000" w:themeColor="text1" w:themeShade="99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C4C74" w:themeColor="accent1" w:themeShade="99" w:sz="4" w:space="0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772C2A" w:themeColor="accent2" w:themeShade="99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5E7530" w:themeColor="accent3" w:themeShade="99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4C3B62" w:themeColor="accent4" w:themeShade="99" w:sz="4" w:space="0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76A7C" w:themeColor="accent5" w:themeShade="99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B65608" w:themeColor="accent6" w:themeShade="99" w:sz="4" w:space="0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NormalWeb">
    <w:name w:val="Normal (Web)"/>
    <w:basedOn w:val="Normal"/>
    <w:uiPriority w:val="99"/>
    <w:semiHidden/>
    <w:unhideWhenUsed/>
    <w:rsid w:val="00C149AE"/>
    <w:rPr>
      <w:rFonts w:ascii="Times New Roman" w:hAnsi="Times New Roman" w:cs="Times New Roman"/>
      <w:sz w:val="24"/>
      <w:szCs w:val="24"/>
    </w:rPr>
  </w:style>
  <w:style w:type="character" w:styleId="Marquedecommentaire">
    <w:name w:val="annotation reference"/>
    <w:basedOn w:val="Policepardfaut"/>
    <w:uiPriority w:val="99"/>
    <w:semiHidden/>
    <w:unhideWhenUsed/>
    <w:rsid w:val="007743F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7743F4"/>
    <w:pPr>
      <w:spacing w:line="240" w:lineRule="auto"/>
    </w:pPr>
    <w:rPr>
      <w:sz w:val="20"/>
      <w:szCs w:val="20"/>
    </w:rPr>
  </w:style>
  <w:style w:type="character" w:styleId="CommentaireCar" w:customStyle="1">
    <w:name w:val="Commentaire Car"/>
    <w:basedOn w:val="Policepardfaut"/>
    <w:link w:val="Commentaire"/>
    <w:uiPriority w:val="99"/>
    <w:rsid w:val="007743F4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7743F4"/>
    <w:rPr>
      <w:b/>
      <w:bCs/>
    </w:rPr>
  </w:style>
  <w:style w:type="character" w:styleId="ObjetducommentaireCar" w:customStyle="1">
    <w:name w:val="Objet du commentaire Car"/>
    <w:basedOn w:val="CommentaireCar"/>
    <w:link w:val="Objetducommentaire"/>
    <w:uiPriority w:val="99"/>
    <w:semiHidden/>
    <w:rsid w:val="007743F4"/>
    <w:rPr>
      <w:b/>
      <w:bCs/>
      <w:sz w:val="20"/>
      <w:szCs w:val="20"/>
    </w:rPr>
  </w:style>
  <w:style w:type="character" w:styleId="Mention">
    <w:name w:val="Mention"/>
    <w:basedOn w:val="Policepardfaut"/>
    <w:uiPriority w:val="99"/>
    <w:unhideWhenUsed/>
    <w:rsid w:val="007743F4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9/05/relationships/documenttasks" Target="documenttasks/documenttasks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microsoft.com/office/2011/relationships/people" Target="people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openxmlformats.org/officeDocument/2006/relationships/customXml" Target="../customXml/item4.xml" Id="rId4" /><Relationship Type="http://schemas.openxmlformats.org/officeDocument/2006/relationships/image" Target="media/image1.jpeg" Id="rId9" /></Relationships>
</file>

<file path=word/documenttasks/documenttasks1.xml><?xml version="1.0" encoding="utf-8"?>
<t:Tasks xmlns:t="http://schemas.microsoft.com/office/tasks/2019/documenttasks" xmlns:oel="http://schemas.microsoft.com/office/2019/extlst">
  <t:Task id="{CED1D9B8-691F-4229-8E9E-4A0FE9C3F6BF}">
    <t:Anchor>
      <t:Comment id="957951139"/>
    </t:Anchor>
    <t:History>
      <t:Event id="{C6D1EB95-6C44-4AA5-9B33-07F40A857A7F}" time="2025-10-08T20:40:08.193Z">
        <t:Attribution userId="S::virginie.pelletier@mdflislet.com::d463b531-2db2-4c6c-93d2-78ff303aa015" userProvider="AD" userName="Virginie Pelletier"/>
        <t:Anchor>
          <t:Comment id="957951139"/>
        </t:Anchor>
        <t:Create/>
      </t:Event>
      <t:Event id="{C793A1F7-A7F5-4B94-B743-406ED802FB59}" time="2025-10-08T20:40:08.193Z">
        <t:Attribution userId="S::virginie.pelletier@mdflislet.com::d463b531-2db2-4c6c-93d2-78ff303aa015" userProvider="AD" userName="Virginie Pelletier"/>
        <t:Anchor>
          <t:Comment id="957951139"/>
        </t:Anchor>
        <t:Assign userId="S::mariemylie.lavergne@mdflislet.com::f479bb69-14e6-41b0-9bde-05b682ed6ff9" userProvider="AD" userName="Marie-Mylie Lavergne"/>
      </t:Event>
      <t:Event id="{174D47CC-49E0-4E39-BA61-30F287D9774D}" time="2025-10-08T20:40:08.193Z">
        <t:Attribution userId="S::virginie.pelletier@mdflislet.com::d463b531-2db2-4c6c-93d2-78ff303aa015" userProvider="AD" userName="Virginie Pelletier"/>
        <t:Anchor>
          <t:Comment id="957951139"/>
        </t:Anchor>
        <t:SetTitle title="@Marie-Mylie Lavergne peux-tu jeter un coup d’œil? Je dois l’envoyer d’ici la fin de la semaine à la municipalité. "/>
      </t:Event>
      <t:Event id="{A98AEA69-0E77-497B-8D8C-7AFCF33DA0D1}" time="2025-10-09T01:21:38.733Z">
        <t:Attribution userId="S::mariemylie.lavergne@mdflislet.com::f479bb69-14e6-41b0-9bde-05b682ed6ff9" userProvider="AD" userName="Marie-Mylie Lavergne"/>
        <t:Anchor>
          <t:Comment id="2030642177"/>
        </t:Anchor>
        <t:UnassignAll/>
      </t:Event>
      <t:Event id="{B0FDB7A3-BB36-425E-9F7B-29EFECCA012F}" time="2025-10-09T01:21:38.733Z">
        <t:Attribution userId="S::mariemylie.lavergne@mdflislet.com::f479bb69-14e6-41b0-9bde-05b682ed6ff9" userProvider="AD" userName="Marie-Mylie Lavergne"/>
        <t:Anchor>
          <t:Comment id="2030642177"/>
        </t:Anchor>
        <t:Assign userId="S::virginie.pelletier@mdflislet.com::d463b531-2db2-4c6c-93d2-78ff303aa015" userProvider="AD" userName="Virginie Pelletier"/>
      </t:Event>
      <t:Event id="{8B8BB3FD-2F3A-4AA9-86DD-D956E1AD2C99}" time="2025-10-09T12:36:59.545Z">
        <t:Attribution userId="S::virginie.pelletier@mdflislet.com::d463b531-2db2-4c6c-93d2-78ff303aa015" userProvider="AD" userName="Virginie Pelletier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39A475FD064F4A856D9F5F3B1E58B2" ma:contentTypeVersion="15" ma:contentTypeDescription="Crée un document." ma:contentTypeScope="" ma:versionID="becb700d950d50580d8860a5d219f254">
  <xsd:schema xmlns:xsd="http://www.w3.org/2001/XMLSchema" xmlns:xs="http://www.w3.org/2001/XMLSchema" xmlns:p="http://schemas.microsoft.com/office/2006/metadata/properties" xmlns:ns2="942301a2-dc26-4372-9c69-2d05d1ed04ae" xmlns:ns3="f4e2ccb4-e6a0-462f-ae67-6b60e926313d" targetNamespace="http://schemas.microsoft.com/office/2006/metadata/properties" ma:root="true" ma:fieldsID="17e7cc9a5d8b22054dd7fcf4773c9d5f" ns2:_="" ns3:_="">
    <xsd:import namespace="942301a2-dc26-4372-9c69-2d05d1ed04ae"/>
    <xsd:import namespace="f4e2ccb4-e6a0-462f-ae67-6b60e926313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earchProperties" minOccurs="0"/>
                <xsd:element ref="ns3:MediaServiceDateTaken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2301a2-dc26-4372-9c69-2d05d1ed04a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d43945-f403-4588-936c-e7bcc6322d5b}" ma:internalName="TaxCatchAll" ma:showField="CatchAllData" ma:web="942301a2-dc26-4372-9c69-2d05d1ed04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e2ccb4-e6a0-462f-ae67-6b60e92631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alises d’images" ma:readOnly="false" ma:fieldId="{5cf76f15-5ced-4ddc-b409-7134ff3c332f}" ma:taxonomyMulti="true" ma:sspId="f571bfce-596b-4043-b12c-c8aad15a19c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4e2ccb4-e6a0-462f-ae67-6b60e926313d">
      <Terms xmlns="http://schemas.microsoft.com/office/infopath/2007/PartnerControls"/>
    </lcf76f155ced4ddcb4097134ff3c332f>
    <TaxCatchAll xmlns="942301a2-dc26-4372-9c69-2d05d1ed04ae" xsi:nil="true"/>
  </documentManagement>
</p:properties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619D14A-B485-47F7-9A90-C86D29CE98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2301a2-dc26-4372-9c69-2d05d1ed04ae"/>
    <ds:schemaRef ds:uri="f4e2ccb4-e6a0-462f-ae67-6b60e92631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C1A8155-5A5D-411C-A19B-4C2FA5AFC7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14ABF0B-D35A-4DDB-B837-2F097557BBAD}">
  <ds:schemaRefs>
    <ds:schemaRef ds:uri="http://schemas.microsoft.com/office/2006/metadata/properties"/>
    <ds:schemaRef ds:uri="http://schemas.microsoft.com/office/infopath/2007/PartnerControls"/>
    <ds:schemaRef ds:uri="f4e2ccb4-e6a0-462f-ae67-6b60e926313d"/>
    <ds:schemaRef ds:uri="942301a2-dc26-4372-9c69-2d05d1ed04a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python-docx</dc:creator>
  <keywords/>
  <dc:description>generated by python-docx</dc:description>
  <lastModifiedBy>Virginie Pelletier</lastModifiedBy>
  <revision>22</revision>
  <dcterms:created xsi:type="dcterms:W3CDTF">2025-10-09T12:36:00.0000000Z</dcterms:created>
  <dcterms:modified xsi:type="dcterms:W3CDTF">2025-10-09T12:37:08.5558723Z</dcterms:modified>
  <category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0x0101001B39A475FD064F4A856D9F5F3B1E58B2</vt:lpwstr>
  </property>
  <property fmtid="{D5CDD505-2E9C-101B-9397-08002B2CF9AE}" pid="3" name="MediaServiceImageTags">
    <vt:lpwstr/>
  </property>
</Properties>
</file>